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5876" w14:textId="77777777" w:rsidR="000C2D4F" w:rsidRDefault="004F2780">
      <w:pPr>
        <w:jc w:val="center"/>
      </w:pPr>
      <w:r>
        <w:rPr>
          <w:b/>
          <w:sz w:val="20"/>
        </w:rPr>
        <w:t>ORIENTACIÓN PSICOLÓGICA ONLINE</w:t>
      </w:r>
    </w:p>
    <w:p w14:paraId="00786CDB" w14:textId="77777777" w:rsidR="000C2D4F" w:rsidRDefault="004F2780">
      <w:pPr>
        <w:pStyle w:val="Ttulo"/>
      </w:pPr>
      <w:r>
        <w:t>Complemento profesional para objetivos SMART</w:t>
      </w:r>
    </w:p>
    <w:p w14:paraId="26F4B3B3" w14:textId="77777777" w:rsidR="000C2D4F" w:rsidRDefault="004F2780">
      <w:r>
        <w:t>Este formato está diseñado para que el profesional estructure, a partir de la información proporcionada por el consultante, los objetivos de trabajo y sus indicadores de seguimiento.</w:t>
      </w:r>
    </w:p>
    <w:p w14:paraId="149E9EF7" w14:textId="77777777" w:rsidR="000C2D4F" w:rsidRDefault="004F2780">
      <w:pPr>
        <w:pStyle w:val="Ttulo1"/>
      </w:pPr>
      <w:r>
        <w:t>Datos del proceso</w:t>
      </w:r>
    </w:p>
    <w:p w14:paraId="24452CE8" w14:textId="77777777" w:rsidR="000C2D4F" w:rsidRDefault="004F2780">
      <w:r>
        <w:rPr>
          <w:b/>
        </w:rPr>
        <w:t xml:space="preserve">Nombre del consultante: </w:t>
      </w:r>
      <w:r>
        <w:t>__________________________________________________________________________________________</w:t>
      </w:r>
    </w:p>
    <w:p w14:paraId="0CD880D6" w14:textId="77777777" w:rsidR="000C2D4F" w:rsidRDefault="004F2780">
      <w:r>
        <w:t>_________________________________________________________________________________________________________</w:t>
      </w:r>
    </w:p>
    <w:p w14:paraId="68D34494" w14:textId="77777777" w:rsidR="000C2D4F" w:rsidRDefault="004F2780">
      <w:r>
        <w:rPr>
          <w:b/>
        </w:rPr>
        <w:t xml:space="preserve">Fecha de elaboración: </w:t>
      </w:r>
      <w:r>
        <w:t>__________________________________________________________________________________________</w:t>
      </w:r>
    </w:p>
    <w:p w14:paraId="0BFAD81E" w14:textId="77777777" w:rsidR="000C2D4F" w:rsidRDefault="004F2780">
      <w:r>
        <w:t>_________________________________________________________________________________________________________</w:t>
      </w:r>
    </w:p>
    <w:p w14:paraId="3141B9BC" w14:textId="77777777" w:rsidR="000C2D4F" w:rsidRDefault="004F2780">
      <w:r>
        <w:rPr>
          <w:b/>
        </w:rPr>
        <w:t xml:space="preserve">Motivo de consulta: </w:t>
      </w:r>
      <w:r>
        <w:t>__________________________________________________________________________________________</w:t>
      </w:r>
    </w:p>
    <w:p w14:paraId="417F3C09" w14:textId="77777777" w:rsidR="000C2D4F" w:rsidRDefault="004F2780">
      <w:r>
        <w:t>_________________________________________________________________________________________________________</w:t>
      </w:r>
    </w:p>
    <w:p w14:paraId="492EFDD6" w14:textId="77777777" w:rsidR="000C2D4F" w:rsidRDefault="004F2780">
      <w:pPr>
        <w:pStyle w:val="Ttulo1"/>
      </w:pPr>
      <w:r>
        <w:t>Formulación del objetivo</w:t>
      </w:r>
    </w:p>
    <w:p w14:paraId="2ACCC90B" w14:textId="77777777" w:rsidR="000C2D4F" w:rsidRDefault="004F2780">
      <w:r>
        <w:rPr>
          <w:b/>
        </w:rPr>
        <w:t xml:space="preserve">Objetivo terapéutico general: </w:t>
      </w:r>
      <w:r>
        <w:t>__________________________________________________________________________________________</w:t>
      </w:r>
    </w:p>
    <w:p w14:paraId="0D497DB8" w14:textId="77777777" w:rsidR="000C2D4F" w:rsidRDefault="004F2780">
      <w:r>
        <w:t>_________________________________________________________________________________________________________</w:t>
      </w:r>
    </w:p>
    <w:p w14:paraId="5768C3B3" w14:textId="77777777" w:rsidR="000C2D4F" w:rsidRDefault="004F2780">
      <w:r>
        <w:rPr>
          <w:b/>
        </w:rPr>
        <w:t xml:space="preserve">Objetivo específico: </w:t>
      </w:r>
      <w:r>
        <w:t>__________________________________________________________________________________________</w:t>
      </w:r>
    </w:p>
    <w:p w14:paraId="69288B48" w14:textId="77777777" w:rsidR="000C2D4F" w:rsidRDefault="004F2780">
      <w:r>
        <w:t>_________________________________________________________________________________________________________</w:t>
      </w:r>
    </w:p>
    <w:p w14:paraId="53744084" w14:textId="77777777" w:rsidR="000C2D4F" w:rsidRDefault="004F2780">
      <w:r>
        <w:rPr>
          <w:b/>
        </w:rPr>
        <w:t xml:space="preserve">Indicador de avance: </w:t>
      </w:r>
      <w:r>
        <w:t>__________________________________________________________________________________________</w:t>
      </w:r>
    </w:p>
    <w:p w14:paraId="2DDBEF5B" w14:textId="77777777" w:rsidR="000C2D4F" w:rsidRDefault="004F2780">
      <w:r>
        <w:lastRenderedPageBreak/>
        <w:t>_________________________________________________________________________________________________________</w:t>
      </w:r>
    </w:p>
    <w:p w14:paraId="697A4302" w14:textId="77777777" w:rsidR="000C2D4F" w:rsidRDefault="004F2780">
      <w:r>
        <w:rPr>
          <w:b/>
        </w:rPr>
        <w:t xml:space="preserve">Conductas o acciones observables: </w:t>
      </w:r>
      <w:r>
        <w:t>__________________________________________________________________________________________</w:t>
      </w:r>
    </w:p>
    <w:p w14:paraId="12699279" w14:textId="77777777" w:rsidR="000C2D4F" w:rsidRDefault="004F2780">
      <w:r>
        <w:t>_________________________________________________________________________________________________________</w:t>
      </w:r>
    </w:p>
    <w:p w14:paraId="7724F143" w14:textId="77777777" w:rsidR="000C2D4F" w:rsidRDefault="004F2780">
      <w:r>
        <w:rPr>
          <w:b/>
        </w:rPr>
        <w:t xml:space="preserve">Recursos y fortalezas del consultante: </w:t>
      </w:r>
      <w:r>
        <w:t>__________________________________________________________________________________________</w:t>
      </w:r>
    </w:p>
    <w:p w14:paraId="5F489837" w14:textId="77777777" w:rsidR="000C2D4F" w:rsidRDefault="004F2780">
      <w:r>
        <w:t>_________________________________________________________________________________________________________</w:t>
      </w:r>
    </w:p>
    <w:p w14:paraId="7F046000" w14:textId="77777777" w:rsidR="000C2D4F" w:rsidRDefault="004F2780">
      <w:r>
        <w:rPr>
          <w:b/>
        </w:rPr>
        <w:t xml:space="preserve">Posibles obstáculos: </w:t>
      </w:r>
      <w:r>
        <w:t>__________________________________________________________________________________________</w:t>
      </w:r>
    </w:p>
    <w:p w14:paraId="65E3E106" w14:textId="77777777" w:rsidR="000C2D4F" w:rsidRDefault="004F2780">
      <w:r>
        <w:t>_________________________________________________________________________________________________________</w:t>
      </w:r>
    </w:p>
    <w:p w14:paraId="723C9B49" w14:textId="77777777" w:rsidR="000C2D4F" w:rsidRDefault="004F2780">
      <w:r>
        <w:rPr>
          <w:b/>
        </w:rPr>
        <w:t xml:space="preserve">Primer objetivo de trabajo: </w:t>
      </w:r>
      <w:r>
        <w:t>__________________________________________________________________________________________</w:t>
      </w:r>
    </w:p>
    <w:p w14:paraId="1A1E463E" w14:textId="77777777" w:rsidR="000C2D4F" w:rsidRDefault="004F2780">
      <w:r>
        <w:t>_________________________________________________________________________________________________________</w:t>
      </w:r>
    </w:p>
    <w:p w14:paraId="167982C8" w14:textId="77777777" w:rsidR="000C2D4F" w:rsidRDefault="004F2780">
      <w:r>
        <w:rPr>
          <w:b/>
        </w:rPr>
        <w:t xml:space="preserve">Actividad o tarea entre sesiones: </w:t>
      </w:r>
      <w:r>
        <w:t>__________________________________________________________________________________________</w:t>
      </w:r>
    </w:p>
    <w:p w14:paraId="4E9AE65B" w14:textId="77777777" w:rsidR="000C2D4F" w:rsidRDefault="004F2780">
      <w:r>
        <w:t>_________________________________________________________________________________________________________</w:t>
      </w:r>
    </w:p>
    <w:p w14:paraId="278417A3" w14:textId="77777777" w:rsidR="000C2D4F" w:rsidRDefault="004F2780">
      <w:r>
        <w:rPr>
          <w:b/>
        </w:rPr>
        <w:t xml:space="preserve">Fecha de revisión: </w:t>
      </w:r>
      <w:r>
        <w:t>__________________________________________________________________________________________</w:t>
      </w:r>
    </w:p>
    <w:p w14:paraId="118B953F" w14:textId="77777777" w:rsidR="000C2D4F" w:rsidRDefault="004F2780">
      <w:r>
        <w:t>_________________________________________________________________________________________________________</w:t>
      </w:r>
    </w:p>
    <w:p w14:paraId="32E93AE0" w14:textId="77777777" w:rsidR="000C2D4F" w:rsidRDefault="004F2780">
      <w:pPr>
        <w:pStyle w:val="Ttulo1"/>
      </w:pPr>
      <w:r>
        <w:t>Criterios SMART</w:t>
      </w:r>
    </w:p>
    <w:p w14:paraId="38846490" w14:textId="77777777" w:rsidR="000C2D4F" w:rsidRDefault="004F2780">
      <w:pPr>
        <w:pStyle w:val="Ttulo2"/>
      </w:pPr>
      <w:r>
        <w:t>S — Específico</w:t>
      </w:r>
    </w:p>
    <w:p w14:paraId="4A12C333" w14:textId="77777777" w:rsidR="000C2D4F" w:rsidRDefault="004F2780">
      <w:r>
        <w:t>¿El objetivo indica con claridad qué se trabajará?</w:t>
      </w:r>
    </w:p>
    <w:p w14:paraId="4CD76207" w14:textId="77777777" w:rsidR="000C2D4F" w:rsidRDefault="004F2780">
      <w:r>
        <w:lastRenderedPageBreak/>
        <w:t>Observaciones: _______________________________________________________________________________________</w:t>
      </w:r>
    </w:p>
    <w:p w14:paraId="7DD892F6" w14:textId="77777777" w:rsidR="000C2D4F" w:rsidRDefault="004F2780">
      <w:pPr>
        <w:pStyle w:val="Ttulo2"/>
      </w:pPr>
      <w:r>
        <w:t>M — Medible</w:t>
      </w:r>
    </w:p>
    <w:p w14:paraId="788AE133" w14:textId="77777777" w:rsidR="000C2D4F" w:rsidRDefault="004F2780">
      <w:r>
        <w:t>¿Cómo se observará o registrará el avance?</w:t>
      </w:r>
    </w:p>
    <w:p w14:paraId="02EE48DC" w14:textId="77777777" w:rsidR="000C2D4F" w:rsidRDefault="004F2780">
      <w:r>
        <w:t>Observaciones: _______________________________________________________________________________________</w:t>
      </w:r>
    </w:p>
    <w:p w14:paraId="0A6DBF9F" w14:textId="77777777" w:rsidR="000C2D4F" w:rsidRDefault="004F2780">
      <w:pPr>
        <w:pStyle w:val="Ttulo2"/>
      </w:pPr>
      <w:r>
        <w:t>A — Alcanzable</w:t>
      </w:r>
    </w:p>
    <w:p w14:paraId="2F5CE3DF" w14:textId="77777777" w:rsidR="000C2D4F" w:rsidRDefault="004F2780">
      <w:r>
        <w:t>¿Es realista para la situación y recursos actuales del consultante?</w:t>
      </w:r>
    </w:p>
    <w:p w14:paraId="199EB9D2" w14:textId="77777777" w:rsidR="000C2D4F" w:rsidRDefault="004F2780">
      <w:r>
        <w:t>Observaciones: _______________________________________________________________________________________</w:t>
      </w:r>
    </w:p>
    <w:p w14:paraId="794B7362" w14:textId="77777777" w:rsidR="000C2D4F" w:rsidRDefault="004F2780">
      <w:pPr>
        <w:pStyle w:val="Ttulo2"/>
      </w:pPr>
      <w:r>
        <w:t>R — Relevante</w:t>
      </w:r>
    </w:p>
    <w:p w14:paraId="5E9660BC" w14:textId="77777777" w:rsidR="000C2D4F" w:rsidRDefault="004F2780">
      <w:r>
        <w:t>¿Se relaciona con una necesidad importante para el consultante?</w:t>
      </w:r>
    </w:p>
    <w:p w14:paraId="4A0A04B5" w14:textId="77777777" w:rsidR="000C2D4F" w:rsidRDefault="004F2780">
      <w:r>
        <w:t>Observaciones: _______________________________________________________________________________________</w:t>
      </w:r>
    </w:p>
    <w:p w14:paraId="7D63699E" w14:textId="77777777" w:rsidR="000C2D4F" w:rsidRDefault="004F2780">
      <w:pPr>
        <w:pStyle w:val="Ttulo2"/>
      </w:pPr>
      <w:r>
        <w:t>T — Temporal</w:t>
      </w:r>
    </w:p>
    <w:p w14:paraId="69D7D8BE" w14:textId="77777777" w:rsidR="000C2D4F" w:rsidRDefault="004F2780">
      <w:r>
        <w:t>¿Tiene un plazo o fecha definida para revisarse?</w:t>
      </w:r>
    </w:p>
    <w:p w14:paraId="18A2E517" w14:textId="77777777" w:rsidR="000C2D4F" w:rsidRDefault="004F2780">
      <w:r>
        <w:t>Observaciones: _______________________________________________________________________________________</w:t>
      </w:r>
    </w:p>
    <w:p w14:paraId="3C3B64B2" w14:textId="77777777" w:rsidR="000C2D4F" w:rsidRDefault="004F2780">
      <w:pPr>
        <w:pStyle w:val="Ttulo1"/>
      </w:pPr>
      <w:r>
        <w:t>Objetivo SMART integrado</w:t>
      </w:r>
    </w:p>
    <w:p w14:paraId="4D92C320" w14:textId="77777777" w:rsidR="000C2D4F" w:rsidRDefault="004F2780">
      <w:r>
        <w:t>Durante ______________________________, el consultante trabajará en ______________________________ mediante ______________________________, con el propósito de ______________________________. El avance se revisará a través de ______________________________ en la fecha ______________________________.</w:t>
      </w:r>
    </w:p>
    <w:p w14:paraId="125480E3" w14:textId="77777777" w:rsidR="000C2D4F" w:rsidRDefault="000C2D4F"/>
    <w:p w14:paraId="4EE14B46" w14:textId="77777777" w:rsidR="000C2D4F" w:rsidRDefault="004F2780">
      <w:pPr>
        <w:pStyle w:val="Ttulo1"/>
      </w:pPr>
      <w:r>
        <w:t>Seguimiento</w:t>
      </w:r>
    </w:p>
    <w:p w14:paraId="341188DC" w14:textId="77777777" w:rsidR="000C2D4F" w:rsidRDefault="004F2780">
      <w:r>
        <w:rPr>
          <w:b/>
        </w:rPr>
        <w:t xml:space="preserve">Avance percibido (0–10): </w:t>
      </w:r>
      <w:r>
        <w:t>__________________________________________________________________________________________</w:t>
      </w:r>
    </w:p>
    <w:p w14:paraId="1FBC1DE4" w14:textId="77777777" w:rsidR="000C2D4F" w:rsidRDefault="004F2780">
      <w:r>
        <w:t>_________________________________________________________________________________________________________</w:t>
      </w:r>
    </w:p>
    <w:p w14:paraId="0ED36FA0" w14:textId="77777777" w:rsidR="000C2D4F" w:rsidRDefault="004F2780">
      <w:r>
        <w:rPr>
          <w:b/>
        </w:rPr>
        <w:lastRenderedPageBreak/>
        <w:t xml:space="preserve">Cambios observados: </w:t>
      </w:r>
      <w:r>
        <w:t>__________________________________________________________________________________________</w:t>
      </w:r>
    </w:p>
    <w:p w14:paraId="606DFEA7" w14:textId="77777777" w:rsidR="000C2D4F" w:rsidRDefault="004F2780">
      <w:r>
        <w:t>_________________________________________________________________________________________________________</w:t>
      </w:r>
    </w:p>
    <w:p w14:paraId="76CF28FA" w14:textId="77777777" w:rsidR="000C2D4F" w:rsidRDefault="004F2780">
      <w:r>
        <w:rPr>
          <w:b/>
        </w:rPr>
        <w:t xml:space="preserve">Ajustes para la siguiente etapa: </w:t>
      </w:r>
      <w:r>
        <w:t>__________________________________________________________________________________________</w:t>
      </w:r>
    </w:p>
    <w:p w14:paraId="0463F6A2" w14:textId="77777777" w:rsidR="000C2D4F" w:rsidRDefault="004F2780">
      <w:r>
        <w:t>_________________________________________________________________________________________________________</w:t>
      </w:r>
    </w:p>
    <w:sectPr w:rsidR="000C2D4F" w:rsidSect="00034616">
      <w:footerReference w:type="default" r:id="rId8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D7172" w14:textId="77777777" w:rsidR="004F2780" w:rsidRDefault="004F2780">
      <w:pPr>
        <w:spacing w:after="0" w:line="240" w:lineRule="auto"/>
      </w:pPr>
      <w:r>
        <w:separator/>
      </w:r>
    </w:p>
  </w:endnote>
  <w:endnote w:type="continuationSeparator" w:id="0">
    <w:p w14:paraId="773A0DB8" w14:textId="77777777" w:rsidR="004F2780" w:rsidRDefault="004F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B7F3" w14:textId="77777777" w:rsidR="000C2D4F" w:rsidRDefault="004F2780">
    <w:pPr>
      <w:pStyle w:val="Piedepgina"/>
      <w:jc w:val="center"/>
    </w:pPr>
    <w:proofErr w:type="spellStart"/>
    <w:r>
      <w:rPr>
        <w:sz w:val="16"/>
      </w:rPr>
      <w:t>Documento</w:t>
    </w:r>
    <w:proofErr w:type="spellEnd"/>
    <w:r>
      <w:rPr>
        <w:sz w:val="16"/>
      </w:rPr>
      <w:t xml:space="preserve"> de </w:t>
    </w:r>
    <w:proofErr w:type="spellStart"/>
    <w:r>
      <w:rPr>
        <w:sz w:val="16"/>
      </w:rPr>
      <w:t>trabajo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terapéutico</w:t>
    </w:r>
    <w:proofErr w:type="spellEnd"/>
    <w:r>
      <w:rPr>
        <w:sz w:val="16"/>
      </w:rPr>
      <w:t xml:space="preserve"> · Daniel Tapia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418D" w14:textId="77777777" w:rsidR="004F2780" w:rsidRDefault="004F2780">
      <w:pPr>
        <w:spacing w:after="0" w:line="240" w:lineRule="auto"/>
      </w:pPr>
      <w:r>
        <w:separator/>
      </w:r>
    </w:p>
  </w:footnote>
  <w:footnote w:type="continuationSeparator" w:id="0">
    <w:p w14:paraId="113BC579" w14:textId="77777777" w:rsidR="004F2780" w:rsidRDefault="004F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1042392">
    <w:abstractNumId w:val="8"/>
  </w:num>
  <w:num w:numId="2" w16cid:durableId="1361904697">
    <w:abstractNumId w:val="6"/>
  </w:num>
  <w:num w:numId="3" w16cid:durableId="1571303764">
    <w:abstractNumId w:val="5"/>
  </w:num>
  <w:num w:numId="4" w16cid:durableId="644429139">
    <w:abstractNumId w:val="4"/>
  </w:num>
  <w:num w:numId="5" w16cid:durableId="48189818">
    <w:abstractNumId w:val="7"/>
  </w:num>
  <w:num w:numId="6" w16cid:durableId="732049563">
    <w:abstractNumId w:val="3"/>
  </w:num>
  <w:num w:numId="7" w16cid:durableId="1309897089">
    <w:abstractNumId w:val="2"/>
  </w:num>
  <w:num w:numId="8" w16cid:durableId="100498649">
    <w:abstractNumId w:val="1"/>
  </w:num>
  <w:num w:numId="9" w16cid:durableId="105913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D4F"/>
    <w:rsid w:val="001067F1"/>
    <w:rsid w:val="0015074B"/>
    <w:rsid w:val="0029639D"/>
    <w:rsid w:val="00326F90"/>
    <w:rsid w:val="004F2780"/>
    <w:rsid w:val="00781E6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64FF7C"/>
  <w14:defaultImageDpi w14:val="300"/>
  <w15:docId w15:val="{92A9FC55-4368-43CD-B33D-C4E7A09D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Tapia</cp:lastModifiedBy>
  <cp:revision>2</cp:revision>
  <dcterms:created xsi:type="dcterms:W3CDTF">2026-08-22T05:22:00Z</dcterms:created>
  <dcterms:modified xsi:type="dcterms:W3CDTF">2026-08-22T05:22:00Z</dcterms:modified>
  <cp:category/>
</cp:coreProperties>
</file>