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F2A87" w14:textId="77777777" w:rsidR="00F365FA" w:rsidRDefault="00E95F5F">
      <w:pPr>
        <w:jc w:val="center"/>
      </w:pPr>
      <w:r>
        <w:rPr>
          <w:b/>
          <w:sz w:val="20"/>
        </w:rPr>
        <w:t>ORIENTACIÓN PSICOLÓGICA ONLINE</w:t>
      </w:r>
    </w:p>
    <w:p w14:paraId="5C2F44E6" w14:textId="77777777" w:rsidR="00F365FA" w:rsidRDefault="00E95F5F">
      <w:pPr>
        <w:pStyle w:val="Ttulo"/>
      </w:pPr>
      <w:r>
        <w:t>Formato de objetivos terapéuticos</w:t>
      </w:r>
    </w:p>
    <w:p w14:paraId="1C730CD0" w14:textId="77777777" w:rsidR="00F365FA" w:rsidRDefault="00E95F5F">
      <w:r>
        <w:t>Este formato ayuda a identificar qué deseas trabajar durante el proceso y qué cambios te gustaría observar. No es necesario utilizar términos técnicos; responde con tus propias palabras.</w:t>
      </w:r>
    </w:p>
    <w:p w14:paraId="04BF5890" w14:textId="77777777" w:rsidR="00F365FA" w:rsidRDefault="00E95F5F">
      <w:pPr>
        <w:pStyle w:val="Ttulo1"/>
      </w:pPr>
      <w:r>
        <w:t>Datos generales</w:t>
      </w:r>
    </w:p>
    <w:p w14:paraId="3BB54D5A" w14:textId="77777777" w:rsidR="00F365FA" w:rsidRDefault="00E95F5F">
      <w:r>
        <w:rPr>
          <w:b/>
        </w:rPr>
        <w:t xml:space="preserve">Nombre: </w:t>
      </w:r>
      <w:r>
        <w:t>__________________________________________________________________________________________</w:t>
      </w:r>
    </w:p>
    <w:p w14:paraId="356542A6" w14:textId="77777777" w:rsidR="00F365FA" w:rsidRDefault="00E95F5F">
      <w:r>
        <w:t>_________________________________________________________________________________________________________</w:t>
      </w:r>
    </w:p>
    <w:p w14:paraId="08BAA2B0" w14:textId="77777777" w:rsidR="00F365FA" w:rsidRDefault="00E95F5F">
      <w:r>
        <w:rPr>
          <w:b/>
        </w:rPr>
        <w:t xml:space="preserve">Fecha: </w:t>
      </w:r>
      <w:r>
        <w:t>__________________________________________________________________________________________</w:t>
      </w:r>
    </w:p>
    <w:p w14:paraId="7AFFFF3E" w14:textId="77777777" w:rsidR="00F365FA" w:rsidRDefault="00E95F5F">
      <w:r>
        <w:t>_________________________________________________________________________________________________________</w:t>
      </w:r>
    </w:p>
    <w:p w14:paraId="49EFEE66" w14:textId="77777777" w:rsidR="00F365FA" w:rsidRDefault="00E95F5F">
      <w:r>
        <w:rPr>
          <w:b/>
        </w:rPr>
        <w:t xml:space="preserve">Motivo principal de consulta: </w:t>
      </w:r>
      <w:r>
        <w:t>__________________________________________________________________________________________</w:t>
      </w:r>
    </w:p>
    <w:p w14:paraId="1499A915" w14:textId="77777777" w:rsidR="00F365FA" w:rsidRDefault="00E95F5F">
      <w:r>
        <w:t>_________________________________________________________________________________________________________</w:t>
      </w:r>
    </w:p>
    <w:p w14:paraId="65F83EED" w14:textId="77777777" w:rsidR="00F365FA" w:rsidRDefault="00E95F5F">
      <w:pPr>
        <w:pStyle w:val="Ttulo1"/>
      </w:pPr>
      <w:r>
        <w:t>Mi objetivo terapéutico</w:t>
      </w:r>
    </w:p>
    <w:p w14:paraId="7F93020E" w14:textId="77777777" w:rsidR="00F365FA" w:rsidRDefault="00E95F5F">
      <w:pPr>
        <w:pStyle w:val="Ttulo2"/>
      </w:pPr>
      <w:r>
        <w:t>1. ¿Qué situación te gustaría trabajar principalmente?</w:t>
      </w:r>
    </w:p>
    <w:p w14:paraId="45C2CBDF" w14:textId="77777777" w:rsidR="00F365FA" w:rsidRDefault="00E95F5F">
      <w:r>
        <w:t>_________________________________________________________________________________________________________</w:t>
      </w:r>
    </w:p>
    <w:p w14:paraId="5D13FC5B" w14:textId="77777777" w:rsidR="00F365FA" w:rsidRDefault="00E95F5F">
      <w:r>
        <w:t>_________________________________________________________________________________________________________</w:t>
      </w:r>
    </w:p>
    <w:p w14:paraId="62C520CC" w14:textId="77777777" w:rsidR="00F365FA" w:rsidRDefault="00E95F5F">
      <w:pPr>
        <w:pStyle w:val="Ttulo2"/>
      </w:pPr>
      <w:r>
        <w:t>2. ¿Cómo te afecta actualmente esta situación?</w:t>
      </w:r>
    </w:p>
    <w:p w14:paraId="3F8827F9" w14:textId="77777777" w:rsidR="00F365FA" w:rsidRDefault="00E95F5F">
      <w:r>
        <w:t>_________________________________________________________________________________________________________</w:t>
      </w:r>
    </w:p>
    <w:p w14:paraId="65724A94" w14:textId="77777777" w:rsidR="00F365FA" w:rsidRDefault="00E95F5F">
      <w:r>
        <w:t>_________________________________________________________________________________________________________</w:t>
      </w:r>
    </w:p>
    <w:p w14:paraId="6CA408C6" w14:textId="77777777" w:rsidR="00F365FA" w:rsidRDefault="00E95F5F">
      <w:pPr>
        <w:pStyle w:val="Ttulo2"/>
      </w:pPr>
      <w:r>
        <w:t>3. Si este proceso te ayudara, ¿qué cambio te gustaría notar en tu vida?</w:t>
      </w:r>
    </w:p>
    <w:p w14:paraId="6BF17B2E" w14:textId="77777777" w:rsidR="00F365FA" w:rsidRDefault="00E95F5F">
      <w:r>
        <w:t>_________________________________________________________________________________________________________</w:t>
      </w:r>
    </w:p>
    <w:p w14:paraId="2A0F793E" w14:textId="77777777" w:rsidR="00F365FA" w:rsidRDefault="00E95F5F">
      <w:r>
        <w:lastRenderedPageBreak/>
        <w:t>_________________________________________________________________________________________________________</w:t>
      </w:r>
    </w:p>
    <w:p w14:paraId="2EAAF7CC" w14:textId="77777777" w:rsidR="00F365FA" w:rsidRDefault="00E95F5F">
      <w:pPr>
        <w:pStyle w:val="Ttulo2"/>
      </w:pPr>
      <w:r>
        <w:t>4. ¿Qué sería diferente en tu forma de pensar, sentir o actuar?</w:t>
      </w:r>
    </w:p>
    <w:p w14:paraId="6FF11064" w14:textId="77777777" w:rsidR="00F365FA" w:rsidRDefault="00E95F5F">
      <w:r>
        <w:t>_________________________________________________________________________________________________________</w:t>
      </w:r>
    </w:p>
    <w:p w14:paraId="0E0ED0E1" w14:textId="77777777" w:rsidR="00F365FA" w:rsidRDefault="00E95F5F">
      <w:r>
        <w:t>_________________________________________________________________________________________________________</w:t>
      </w:r>
    </w:p>
    <w:p w14:paraId="697007A6" w14:textId="77777777" w:rsidR="00F365FA" w:rsidRDefault="00E95F5F">
      <w:pPr>
        <w:pStyle w:val="Ttulo2"/>
      </w:pPr>
      <w:r>
        <w:t>5. ¿Por qué es importante para ti trabajar en este aspecto?</w:t>
      </w:r>
    </w:p>
    <w:p w14:paraId="09E26930" w14:textId="77777777" w:rsidR="00F365FA" w:rsidRDefault="00E95F5F">
      <w:r>
        <w:t>_________________________________________________________________________________________________________</w:t>
      </w:r>
    </w:p>
    <w:p w14:paraId="4DEA0FE8" w14:textId="77777777" w:rsidR="00F365FA" w:rsidRDefault="00E95F5F">
      <w:r>
        <w:t>_________________________________________________________________________________________________________</w:t>
      </w:r>
    </w:p>
    <w:p w14:paraId="27711D56" w14:textId="77777777" w:rsidR="00F365FA" w:rsidRDefault="00E95F5F">
      <w:pPr>
        <w:pStyle w:val="Ttulo2"/>
      </w:pPr>
      <w:r>
        <w:t>6. ¿Qué pequeño cambio te sentirías capaz de comenzar a intentar?</w:t>
      </w:r>
    </w:p>
    <w:p w14:paraId="397F2EDB" w14:textId="77777777" w:rsidR="00F365FA" w:rsidRDefault="00E95F5F">
      <w:r>
        <w:t>_________________________________________________________________________________________________________</w:t>
      </w:r>
    </w:p>
    <w:p w14:paraId="5F354D64" w14:textId="77777777" w:rsidR="00F365FA" w:rsidRDefault="00E95F5F">
      <w:r>
        <w:t>_________________________________________________________________________________________________________</w:t>
      </w:r>
    </w:p>
    <w:p w14:paraId="1AE6DA42" w14:textId="77777777" w:rsidR="00F365FA" w:rsidRDefault="00E95F5F">
      <w:pPr>
        <w:pStyle w:val="Ttulo2"/>
      </w:pPr>
      <w:r>
        <w:t>7. ¿Qué podría dificultar este proceso?</w:t>
      </w:r>
    </w:p>
    <w:p w14:paraId="254FE328" w14:textId="77777777" w:rsidR="00F365FA" w:rsidRDefault="00E95F5F">
      <w:r>
        <w:t>_________________________________________________________________________________________________________</w:t>
      </w:r>
    </w:p>
    <w:p w14:paraId="04CA2C75" w14:textId="77777777" w:rsidR="00F365FA" w:rsidRDefault="00E95F5F">
      <w:r>
        <w:t>_________________________________________________________________________________________________________</w:t>
      </w:r>
    </w:p>
    <w:p w14:paraId="5B183D73" w14:textId="77777777" w:rsidR="00F365FA" w:rsidRDefault="00E95F5F">
      <w:pPr>
        <w:pStyle w:val="Ttulo2"/>
      </w:pPr>
      <w:r>
        <w:t>8. ¿Cómo sabrías que estás avanzando?</w:t>
      </w:r>
    </w:p>
    <w:p w14:paraId="4BFA406A" w14:textId="77777777" w:rsidR="00F365FA" w:rsidRDefault="00E95F5F">
      <w:r>
        <w:t>_________________________________________________________________________________________________________</w:t>
      </w:r>
    </w:p>
    <w:p w14:paraId="5A8601F7" w14:textId="77777777" w:rsidR="00F365FA" w:rsidRDefault="00E95F5F">
      <w:r>
        <w:t>_________________________________________________________________________________________________________</w:t>
      </w:r>
    </w:p>
    <w:p w14:paraId="62064A4D" w14:textId="77777777" w:rsidR="00F365FA" w:rsidRDefault="00E95F5F">
      <w:pPr>
        <w:pStyle w:val="Ttulo1"/>
      </w:pPr>
      <w:r>
        <w:t>Plazo para revisar avances</w:t>
      </w:r>
    </w:p>
    <w:p w14:paraId="265D698E" w14:textId="77777777" w:rsidR="00F365FA" w:rsidRDefault="00E95F5F">
      <w:r>
        <w:t>☐</w:t>
      </w:r>
      <w:r>
        <w:t xml:space="preserve"> Dos semanas     ☐ Un mes     ☐ Tres meses     ☐ Otro: ______________________________</w:t>
      </w:r>
    </w:p>
    <w:p w14:paraId="68A7308B" w14:textId="77777777" w:rsidR="00F365FA" w:rsidRDefault="00E95F5F">
      <w:pPr>
        <w:pStyle w:val="Ttulo2"/>
      </w:pPr>
      <w:r>
        <w:t>Primer paso</w:t>
      </w:r>
    </w:p>
    <w:p w14:paraId="70FE3B08" w14:textId="77777777" w:rsidR="00F365FA" w:rsidRDefault="00E95F5F">
      <w:r>
        <w:t>¿Qué acción concreta realizarás antes de la próxima sesión?</w:t>
      </w:r>
    </w:p>
    <w:p w14:paraId="642B8961" w14:textId="77777777" w:rsidR="00F365FA" w:rsidRDefault="00E95F5F">
      <w:r>
        <w:t>_________________________________________________________________________________________________________</w:t>
      </w:r>
    </w:p>
    <w:p w14:paraId="75424898" w14:textId="77777777" w:rsidR="00F365FA" w:rsidRDefault="00E95F5F">
      <w:r>
        <w:t>_________________________________________________________________________________________________________</w:t>
      </w:r>
    </w:p>
    <w:p w14:paraId="0AE7E0D0" w14:textId="77777777" w:rsidR="00F365FA" w:rsidRDefault="00E95F5F">
      <w:pPr>
        <w:pStyle w:val="Ttulo2"/>
      </w:pPr>
      <w:r>
        <w:lastRenderedPageBreak/>
        <w:t>Información adicional</w:t>
      </w:r>
    </w:p>
    <w:p w14:paraId="7CA84D1F" w14:textId="77777777" w:rsidR="00F365FA" w:rsidRDefault="00E95F5F">
      <w:r>
        <w:t>¿Hay algo más que consideres importante que yo conozca sobre este objetivo?</w:t>
      </w:r>
    </w:p>
    <w:p w14:paraId="5FA39BFD" w14:textId="77777777" w:rsidR="00F365FA" w:rsidRDefault="00E95F5F">
      <w:r>
        <w:t>_________________________________________________________________________________________________________</w:t>
      </w:r>
    </w:p>
    <w:p w14:paraId="22A43152" w14:textId="77777777" w:rsidR="00F365FA" w:rsidRDefault="00E95F5F">
      <w:r>
        <w:t>_________________________________________________________________________________________________________</w:t>
      </w:r>
    </w:p>
    <w:p w14:paraId="1004ECA9" w14:textId="77777777" w:rsidR="00F365FA" w:rsidRDefault="00E95F5F">
      <w:pPr>
        <w:pStyle w:val="Ttulo1"/>
      </w:pPr>
      <w:r>
        <w:t>Nota</w:t>
      </w:r>
    </w:p>
    <w:p w14:paraId="27F7C904" w14:textId="77777777" w:rsidR="00F365FA" w:rsidRDefault="00E95F5F">
      <w:r>
        <w:t>Tus respuestas serán revisadas durante el proceso para formular objetivos terapéuticos claros, realistas y medibles de acuerdo con tus necesidades.</w:t>
      </w:r>
    </w:p>
    <w:sectPr w:rsidR="00F365FA" w:rsidSect="00034616">
      <w:footerReference w:type="default" r:id="rId8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F3E07" w14:textId="77777777" w:rsidR="00E95F5F" w:rsidRDefault="00E95F5F">
      <w:pPr>
        <w:spacing w:after="0" w:line="240" w:lineRule="auto"/>
      </w:pPr>
      <w:r>
        <w:separator/>
      </w:r>
    </w:p>
  </w:endnote>
  <w:endnote w:type="continuationSeparator" w:id="0">
    <w:p w14:paraId="2819FD97" w14:textId="77777777" w:rsidR="00E95F5F" w:rsidRDefault="00E95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667CF" w14:textId="77777777" w:rsidR="00F365FA" w:rsidRDefault="00E95F5F">
    <w:pPr>
      <w:pStyle w:val="Piedepgina"/>
      <w:jc w:val="center"/>
    </w:pPr>
    <w:proofErr w:type="spellStart"/>
    <w:r>
      <w:rPr>
        <w:sz w:val="16"/>
      </w:rPr>
      <w:t>Documento</w:t>
    </w:r>
    <w:proofErr w:type="spellEnd"/>
    <w:r>
      <w:rPr>
        <w:sz w:val="16"/>
      </w:rPr>
      <w:t xml:space="preserve"> de </w:t>
    </w:r>
    <w:proofErr w:type="spellStart"/>
    <w:r>
      <w:rPr>
        <w:sz w:val="16"/>
      </w:rPr>
      <w:t>trabajo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terapéutico</w:t>
    </w:r>
    <w:proofErr w:type="spellEnd"/>
    <w:r>
      <w:rPr>
        <w:sz w:val="16"/>
      </w:rPr>
      <w:t xml:space="preserve"> · Daniel Tapia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4942A" w14:textId="77777777" w:rsidR="00E95F5F" w:rsidRDefault="00E95F5F">
      <w:pPr>
        <w:spacing w:after="0" w:line="240" w:lineRule="auto"/>
      </w:pPr>
      <w:r>
        <w:separator/>
      </w:r>
    </w:p>
  </w:footnote>
  <w:footnote w:type="continuationSeparator" w:id="0">
    <w:p w14:paraId="027E1364" w14:textId="77777777" w:rsidR="00E95F5F" w:rsidRDefault="00E95F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40360554">
    <w:abstractNumId w:val="8"/>
  </w:num>
  <w:num w:numId="2" w16cid:durableId="1664384560">
    <w:abstractNumId w:val="6"/>
  </w:num>
  <w:num w:numId="3" w16cid:durableId="656107972">
    <w:abstractNumId w:val="5"/>
  </w:num>
  <w:num w:numId="4" w16cid:durableId="2134782963">
    <w:abstractNumId w:val="4"/>
  </w:num>
  <w:num w:numId="5" w16cid:durableId="1571229921">
    <w:abstractNumId w:val="7"/>
  </w:num>
  <w:num w:numId="6" w16cid:durableId="748693154">
    <w:abstractNumId w:val="3"/>
  </w:num>
  <w:num w:numId="7" w16cid:durableId="123038987">
    <w:abstractNumId w:val="2"/>
  </w:num>
  <w:num w:numId="8" w16cid:durableId="145127830">
    <w:abstractNumId w:val="1"/>
  </w:num>
  <w:num w:numId="9" w16cid:durableId="619188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36018"/>
    <w:rsid w:val="00AA1D8D"/>
    <w:rsid w:val="00B47730"/>
    <w:rsid w:val="00C80106"/>
    <w:rsid w:val="00CB0664"/>
    <w:rsid w:val="00E95F5F"/>
    <w:rsid w:val="00F365F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E57C6C"/>
  <w14:defaultImageDpi w14:val="300"/>
  <w15:docId w15:val="{51C2DA62-16E0-4A6E-85B4-7E9AD537D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3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604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Daniel Tapia</cp:lastModifiedBy>
  <cp:revision>2</cp:revision>
  <dcterms:created xsi:type="dcterms:W3CDTF">2026-08-22T05:27:00Z</dcterms:created>
  <dcterms:modified xsi:type="dcterms:W3CDTF">2026-08-22T05:27:00Z</dcterms:modified>
  <cp:category/>
</cp:coreProperties>
</file>